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D50A6" w14:textId="77777777" w:rsidR="00410BE4" w:rsidRPr="00D1709E" w:rsidRDefault="00000000">
      <w:pPr>
        <w:pStyle w:val="DocumentTitle"/>
        <w:jc w:val="center"/>
        <w:rPr>
          <w:lang w:val="pt-PT"/>
        </w:rPr>
      </w:pPr>
      <w:r w:rsidRPr="00D1709E">
        <w:rPr>
          <w:lang w:val="pt-PT"/>
        </w:rPr>
        <w:t>ESCOLA SECUNDÁRIA QUINTA DAS PALMEIRAS – COVILHÃ</w:t>
      </w:r>
    </w:p>
    <w:p w14:paraId="0DE078C4" w14:textId="77777777" w:rsidR="00D1709E" w:rsidRPr="00D1709E" w:rsidRDefault="00D1709E">
      <w:pPr>
        <w:jc w:val="center"/>
        <w:rPr>
          <w:b/>
          <w:lang w:val="pt-PT"/>
        </w:rPr>
      </w:pPr>
    </w:p>
    <w:p w14:paraId="7D2BA9EC" w14:textId="2B62F1BC" w:rsidR="00410BE4" w:rsidRPr="00D1709E" w:rsidRDefault="00000000">
      <w:pPr>
        <w:jc w:val="center"/>
        <w:rPr>
          <w:lang w:val="pt-PT"/>
        </w:rPr>
      </w:pPr>
      <w:r w:rsidRPr="00D1709E">
        <w:rPr>
          <w:b/>
          <w:lang w:val="pt-PT"/>
        </w:rPr>
        <w:t xml:space="preserve">Procedimento </w:t>
      </w:r>
      <w:proofErr w:type="spellStart"/>
      <w:r w:rsidRPr="00D1709E">
        <w:rPr>
          <w:b/>
          <w:lang w:val="pt-PT"/>
        </w:rPr>
        <w:t>concursal</w:t>
      </w:r>
      <w:proofErr w:type="spellEnd"/>
      <w:r w:rsidRPr="00D1709E">
        <w:rPr>
          <w:b/>
          <w:lang w:val="pt-PT"/>
        </w:rPr>
        <w:t xml:space="preserve"> comum para o preenchimento de 1 posto de trabalho</w:t>
      </w:r>
    </w:p>
    <w:p w14:paraId="0F22B6BA" w14:textId="77777777" w:rsidR="00410BE4" w:rsidRPr="00D1709E" w:rsidRDefault="00000000">
      <w:pPr>
        <w:jc w:val="center"/>
        <w:rPr>
          <w:lang w:val="pt-PT"/>
        </w:rPr>
      </w:pPr>
      <w:r w:rsidRPr="00D1709E">
        <w:rPr>
          <w:b/>
          <w:lang w:val="pt-PT"/>
        </w:rPr>
        <w:t>Técnico Superior – Terapia e Reabilitação – Psicomotricidade</w:t>
      </w:r>
    </w:p>
    <w:p w14:paraId="41C8B7F1" w14:textId="77777777" w:rsidR="00410BE4" w:rsidRPr="00D1709E" w:rsidRDefault="00000000">
      <w:pPr>
        <w:jc w:val="center"/>
        <w:rPr>
          <w:lang w:val="pt-PT"/>
        </w:rPr>
      </w:pPr>
      <w:r w:rsidRPr="00D1709E">
        <w:rPr>
          <w:b/>
          <w:sz w:val="26"/>
          <w:lang w:val="pt-PT"/>
        </w:rPr>
        <w:t>FORMULÁRIO</w:t>
      </w:r>
    </w:p>
    <w:p w14:paraId="4C455F22" w14:textId="77777777" w:rsidR="00410BE4" w:rsidRPr="00D1709E" w:rsidRDefault="00000000">
      <w:pPr>
        <w:jc w:val="center"/>
        <w:rPr>
          <w:lang w:val="pt-PT"/>
        </w:rPr>
      </w:pPr>
      <w:r w:rsidRPr="00D1709E">
        <w:rPr>
          <w:b/>
          <w:sz w:val="22"/>
          <w:lang w:val="pt-PT"/>
        </w:rPr>
        <w:t>Exercício do direito de audiência dos interessados</w:t>
      </w:r>
    </w:p>
    <w:p w14:paraId="1C5F793D" w14:textId="77777777" w:rsidR="00410BE4" w:rsidRPr="00D1709E" w:rsidRDefault="00000000">
      <w:pPr>
        <w:jc w:val="both"/>
        <w:rPr>
          <w:lang w:val="pt-PT"/>
        </w:rPr>
      </w:pPr>
      <w:r w:rsidRPr="00D1709E">
        <w:rPr>
          <w:lang w:val="pt-PT"/>
        </w:rPr>
        <w:t xml:space="preserve">Este formulário é de utilização obrigatória no âmbito do procedimento </w:t>
      </w:r>
      <w:proofErr w:type="spellStart"/>
      <w:r w:rsidRPr="00D1709E">
        <w:rPr>
          <w:lang w:val="pt-PT"/>
        </w:rPr>
        <w:t>concursal</w:t>
      </w:r>
      <w:proofErr w:type="spellEnd"/>
      <w:r w:rsidRPr="00D1709E">
        <w:rPr>
          <w:lang w:val="pt-PT"/>
        </w:rPr>
        <w:t xml:space="preserve"> identificado. Deve ser preenchido, assinado e enviado, dentro do prazo indicado na notificação, para </w:t>
      </w:r>
      <w:r w:rsidRPr="00D1709E">
        <w:rPr>
          <w:b/>
          <w:lang w:val="pt-PT"/>
        </w:rPr>
        <w:t>gabinetedirector@quintadaspalmeiras.pt</w:t>
      </w:r>
      <w:r w:rsidRPr="00D1709E">
        <w:rPr>
          <w:lang w:val="pt-PT"/>
        </w:rPr>
        <w:t>.</w:t>
      </w:r>
    </w:p>
    <w:p w14:paraId="15BAE37E" w14:textId="77777777" w:rsidR="00410BE4" w:rsidRDefault="00000000">
      <w:pPr>
        <w:pStyle w:val="SectionHeading"/>
      </w:pPr>
      <w:r>
        <w:t>1. Identificação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520"/>
      </w:tblGrid>
      <w:tr w:rsidR="00410BE4" w14:paraId="6EF720A0" w14:textId="77777777">
        <w:trPr>
          <w:trHeight w:val="425"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3DB61371" w14:textId="77777777" w:rsidR="00410BE4" w:rsidRDefault="00000000">
            <w:pPr>
              <w:spacing w:after="0"/>
            </w:pPr>
            <w:r>
              <w:rPr>
                <w:b/>
              </w:rPr>
              <w:t>Nome completo</w:t>
            </w:r>
          </w:p>
        </w:tc>
        <w:tc>
          <w:tcPr>
            <w:tcW w:w="65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14B883" w14:textId="77777777" w:rsidR="00410BE4" w:rsidRDefault="00410BE4">
            <w:pPr>
              <w:spacing w:after="0"/>
            </w:pPr>
          </w:p>
        </w:tc>
      </w:tr>
      <w:tr w:rsidR="00410BE4" w14:paraId="69BD6345" w14:textId="77777777">
        <w:trPr>
          <w:trHeight w:val="425"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19AB8C52" w14:textId="77777777" w:rsidR="00410BE4" w:rsidRDefault="00000000">
            <w:pPr>
              <w:spacing w:after="0"/>
            </w:pPr>
            <w:r>
              <w:rPr>
                <w:b/>
              </w:rPr>
              <w:t>Documento de identificação</w:t>
            </w:r>
          </w:p>
        </w:tc>
        <w:tc>
          <w:tcPr>
            <w:tcW w:w="65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32D25F" w14:textId="77777777" w:rsidR="00410BE4" w:rsidRDefault="00410BE4">
            <w:pPr>
              <w:spacing w:after="0"/>
            </w:pPr>
          </w:p>
        </w:tc>
      </w:tr>
      <w:tr w:rsidR="00410BE4" w14:paraId="7CF4A543" w14:textId="77777777">
        <w:trPr>
          <w:trHeight w:val="425"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21964953" w14:textId="77777777" w:rsidR="00410BE4" w:rsidRDefault="00000000">
            <w:pPr>
              <w:spacing w:after="0"/>
            </w:pPr>
            <w:r>
              <w:rPr>
                <w:b/>
              </w:rPr>
              <w:t>NIF</w:t>
            </w:r>
          </w:p>
        </w:tc>
        <w:tc>
          <w:tcPr>
            <w:tcW w:w="65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87C747" w14:textId="77777777" w:rsidR="00410BE4" w:rsidRDefault="00410BE4">
            <w:pPr>
              <w:spacing w:after="0"/>
            </w:pPr>
          </w:p>
        </w:tc>
      </w:tr>
      <w:tr w:rsidR="00410BE4" w14:paraId="648B96CC" w14:textId="77777777">
        <w:trPr>
          <w:trHeight w:val="567"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5074FD91" w14:textId="77777777" w:rsidR="00410BE4" w:rsidRDefault="00000000">
            <w:pPr>
              <w:spacing w:after="0"/>
            </w:pPr>
            <w:r>
              <w:rPr>
                <w:b/>
              </w:rPr>
              <w:t>Morada</w:t>
            </w:r>
          </w:p>
        </w:tc>
        <w:tc>
          <w:tcPr>
            <w:tcW w:w="65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3071D4" w14:textId="77777777" w:rsidR="00410BE4" w:rsidRDefault="00410BE4">
            <w:pPr>
              <w:spacing w:after="0"/>
            </w:pPr>
          </w:p>
        </w:tc>
      </w:tr>
      <w:tr w:rsidR="00410BE4" w14:paraId="35E7A5E7" w14:textId="77777777">
        <w:trPr>
          <w:trHeight w:val="425"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5A250692" w14:textId="77777777" w:rsidR="00410BE4" w:rsidRDefault="00000000">
            <w:pPr>
              <w:spacing w:after="0"/>
            </w:pPr>
            <w:r>
              <w:rPr>
                <w:b/>
              </w:rPr>
              <w:t>Telefone</w:t>
            </w:r>
          </w:p>
        </w:tc>
        <w:tc>
          <w:tcPr>
            <w:tcW w:w="65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79EF8C" w14:textId="77777777" w:rsidR="00410BE4" w:rsidRDefault="00410BE4">
            <w:pPr>
              <w:spacing w:after="0"/>
            </w:pPr>
          </w:p>
        </w:tc>
      </w:tr>
      <w:tr w:rsidR="00410BE4" w14:paraId="2C18D53B" w14:textId="77777777">
        <w:trPr>
          <w:trHeight w:val="425"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12D452CE" w14:textId="77777777" w:rsidR="00410BE4" w:rsidRDefault="00000000">
            <w:pPr>
              <w:spacing w:after="0"/>
            </w:pPr>
            <w:r>
              <w:rPr>
                <w:b/>
              </w:rPr>
              <w:t>Email</w:t>
            </w:r>
          </w:p>
        </w:tc>
        <w:tc>
          <w:tcPr>
            <w:tcW w:w="65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79720A" w14:textId="77777777" w:rsidR="00410BE4" w:rsidRDefault="00410BE4">
            <w:pPr>
              <w:spacing w:after="0"/>
            </w:pPr>
          </w:p>
        </w:tc>
      </w:tr>
    </w:tbl>
    <w:p w14:paraId="4FB90BFA" w14:textId="77777777" w:rsidR="00410BE4" w:rsidRDefault="00000000">
      <w:pPr>
        <w:pStyle w:val="SectionHeading"/>
      </w:pPr>
      <w:r>
        <w:t>2. Identificação do procedimento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520"/>
      </w:tblGrid>
      <w:tr w:rsidR="00410BE4" w:rsidRPr="00D1709E" w14:paraId="3DB8F5EF" w14:textId="77777777">
        <w:trPr>
          <w:trHeight w:val="425"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090D63F8" w14:textId="77777777" w:rsidR="00410BE4" w:rsidRDefault="00000000">
            <w:pPr>
              <w:spacing w:after="0"/>
            </w:pPr>
            <w:r>
              <w:rPr>
                <w:b/>
              </w:rPr>
              <w:t>Procedimento</w:t>
            </w:r>
          </w:p>
        </w:tc>
        <w:tc>
          <w:tcPr>
            <w:tcW w:w="65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C0D504" w14:textId="77777777" w:rsidR="00410BE4" w:rsidRPr="00D1709E" w:rsidRDefault="00000000">
            <w:pPr>
              <w:spacing w:after="0"/>
              <w:rPr>
                <w:lang w:val="pt-PT"/>
              </w:rPr>
            </w:pPr>
            <w:r w:rsidRPr="00D1709E">
              <w:rPr>
                <w:lang w:val="pt-PT"/>
              </w:rPr>
              <w:t xml:space="preserve">Procedimento </w:t>
            </w:r>
            <w:proofErr w:type="spellStart"/>
            <w:r w:rsidRPr="00D1709E">
              <w:rPr>
                <w:lang w:val="pt-PT"/>
              </w:rPr>
              <w:t>concursal</w:t>
            </w:r>
            <w:proofErr w:type="spellEnd"/>
            <w:r w:rsidRPr="00D1709E">
              <w:rPr>
                <w:lang w:val="pt-PT"/>
              </w:rPr>
              <w:t xml:space="preserve"> comum para o preenchimento de 1 posto de trabalho</w:t>
            </w:r>
          </w:p>
        </w:tc>
      </w:tr>
      <w:tr w:rsidR="00410BE4" w:rsidRPr="00D1709E" w14:paraId="374DA442" w14:textId="77777777">
        <w:trPr>
          <w:trHeight w:val="425"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7BBFB8D9" w14:textId="77777777" w:rsidR="00410BE4" w:rsidRDefault="00000000">
            <w:pPr>
              <w:spacing w:after="0"/>
            </w:pPr>
            <w:r>
              <w:rPr>
                <w:b/>
              </w:rPr>
              <w:t>Carreira/</w:t>
            </w:r>
            <w:proofErr w:type="spellStart"/>
            <w:r>
              <w:rPr>
                <w:b/>
              </w:rPr>
              <w:t>categoria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área</w:t>
            </w:r>
            <w:proofErr w:type="spellEnd"/>
          </w:p>
        </w:tc>
        <w:tc>
          <w:tcPr>
            <w:tcW w:w="65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52353AC" w14:textId="77777777" w:rsidR="00410BE4" w:rsidRPr="00D1709E" w:rsidRDefault="00000000">
            <w:pPr>
              <w:spacing w:after="0"/>
              <w:rPr>
                <w:lang w:val="pt-PT"/>
              </w:rPr>
            </w:pPr>
            <w:r w:rsidRPr="00D1709E">
              <w:rPr>
                <w:lang w:val="pt-PT"/>
              </w:rPr>
              <w:t>Técnico Superior – Terapia e Reabilitação – Psicomotricidade</w:t>
            </w:r>
          </w:p>
        </w:tc>
      </w:tr>
      <w:tr w:rsidR="00410BE4" w14:paraId="54515953" w14:textId="77777777">
        <w:trPr>
          <w:trHeight w:val="425"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EAF7"/>
            <w:vAlign w:val="center"/>
          </w:tcPr>
          <w:p w14:paraId="38A34959" w14:textId="77777777" w:rsidR="00410BE4" w:rsidRDefault="00000000">
            <w:pPr>
              <w:spacing w:after="0"/>
            </w:pPr>
            <w:proofErr w:type="spellStart"/>
            <w:r>
              <w:rPr>
                <w:b/>
              </w:rPr>
              <w:t>Referência</w:t>
            </w:r>
            <w:proofErr w:type="spellEnd"/>
          </w:p>
        </w:tc>
        <w:tc>
          <w:tcPr>
            <w:tcW w:w="65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41BF36" w14:textId="77777777" w:rsidR="00410BE4" w:rsidRDefault="00000000">
            <w:pPr>
              <w:spacing w:after="0"/>
            </w:pPr>
            <w:r>
              <w:t>Aviso n.º 1/2026</w:t>
            </w:r>
          </w:p>
        </w:tc>
      </w:tr>
    </w:tbl>
    <w:p w14:paraId="4FDCB5C5" w14:textId="77777777" w:rsidR="00410BE4" w:rsidRDefault="00000000">
      <w:pPr>
        <w:pStyle w:val="SectionHeading"/>
      </w:pPr>
      <w:r>
        <w:t>3. Objeto da pronúncia</w:t>
      </w:r>
    </w:p>
    <w:p w14:paraId="613620A1" w14:textId="77777777" w:rsidR="00410BE4" w:rsidRDefault="00000000">
      <w:r>
        <w:t>Assinale a opção aplicável:</w:t>
      </w:r>
    </w:p>
    <w:p w14:paraId="748EA710" w14:textId="77777777" w:rsidR="00410BE4" w:rsidRPr="00D1709E" w:rsidRDefault="00000000">
      <w:pPr>
        <w:ind w:left="283"/>
        <w:rPr>
          <w:lang w:val="pt-PT"/>
        </w:rPr>
      </w:pPr>
      <w:proofErr w:type="gramStart"/>
      <w:r w:rsidRPr="00D1709E">
        <w:rPr>
          <w:lang w:val="pt-PT"/>
        </w:rPr>
        <w:t>☐  Projeto</w:t>
      </w:r>
      <w:proofErr w:type="gramEnd"/>
      <w:r w:rsidRPr="00D1709E">
        <w:rPr>
          <w:lang w:val="pt-PT"/>
        </w:rPr>
        <w:t xml:space="preserve"> de lista de ordenação final / classificação final</w:t>
      </w:r>
    </w:p>
    <w:p w14:paraId="1FAC0434" w14:textId="77777777" w:rsidR="00410BE4" w:rsidRPr="00D1709E" w:rsidRDefault="00000000">
      <w:pPr>
        <w:ind w:left="283"/>
        <w:rPr>
          <w:lang w:val="pt-PT"/>
        </w:rPr>
      </w:pPr>
      <w:proofErr w:type="gramStart"/>
      <w:r w:rsidRPr="00D1709E">
        <w:rPr>
          <w:lang w:val="pt-PT"/>
        </w:rPr>
        <w:t>☐  Posição</w:t>
      </w:r>
      <w:proofErr w:type="gramEnd"/>
      <w:r w:rsidRPr="00D1709E">
        <w:rPr>
          <w:lang w:val="pt-PT"/>
        </w:rPr>
        <w:t xml:space="preserve"> na ordenação</w:t>
      </w:r>
    </w:p>
    <w:p w14:paraId="252A0E3E" w14:textId="77777777" w:rsidR="00410BE4" w:rsidRPr="00D1709E" w:rsidRDefault="00000000">
      <w:pPr>
        <w:ind w:left="283"/>
        <w:rPr>
          <w:lang w:val="pt-PT"/>
        </w:rPr>
      </w:pPr>
      <w:proofErr w:type="gramStart"/>
      <w:r w:rsidRPr="00D1709E">
        <w:rPr>
          <w:lang w:val="pt-PT"/>
        </w:rPr>
        <w:t>☐  Proposta</w:t>
      </w:r>
      <w:proofErr w:type="gramEnd"/>
      <w:r w:rsidRPr="00D1709E">
        <w:rPr>
          <w:lang w:val="pt-PT"/>
        </w:rPr>
        <w:t xml:space="preserve"> de exclusão</w:t>
      </w:r>
    </w:p>
    <w:p w14:paraId="597121B6" w14:textId="77777777" w:rsidR="00410BE4" w:rsidRPr="00D1709E" w:rsidRDefault="00000000">
      <w:pPr>
        <w:ind w:left="283"/>
        <w:rPr>
          <w:lang w:val="pt-PT"/>
        </w:rPr>
      </w:pPr>
      <w:proofErr w:type="gramStart"/>
      <w:r w:rsidRPr="00D1709E">
        <w:rPr>
          <w:lang w:val="pt-PT"/>
        </w:rPr>
        <w:t>☐  Outro</w:t>
      </w:r>
      <w:proofErr w:type="gramEnd"/>
      <w:r w:rsidRPr="00D1709E">
        <w:rPr>
          <w:lang w:val="pt-PT"/>
        </w:rPr>
        <w:t>: ______________________________________________</w:t>
      </w:r>
    </w:p>
    <w:p w14:paraId="64271E01" w14:textId="77777777" w:rsidR="00410BE4" w:rsidRPr="00D1709E" w:rsidRDefault="00000000">
      <w:pPr>
        <w:pStyle w:val="SectionHeading"/>
        <w:rPr>
          <w:lang w:val="pt-PT"/>
        </w:rPr>
      </w:pPr>
      <w:r w:rsidRPr="00D1709E">
        <w:rPr>
          <w:lang w:val="pt-PT"/>
        </w:rPr>
        <w:lastRenderedPageBreak/>
        <w:t>4. Exposição dos factos e fundamentos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48"/>
      </w:tblGrid>
      <w:tr w:rsidR="00410BE4" w:rsidRPr="00D1709E" w14:paraId="448FF4B5" w14:textId="77777777">
        <w:trPr>
          <w:trHeight w:val="3969"/>
          <w:jc w:val="center"/>
        </w:trPr>
        <w:tc>
          <w:tcPr>
            <w:tcW w:w="98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BB6F2DD" w14:textId="77777777" w:rsidR="00410BE4" w:rsidRPr="00D1709E" w:rsidRDefault="00000000">
            <w:pPr>
              <w:rPr>
                <w:lang w:val="pt-PT"/>
              </w:rPr>
            </w:pPr>
            <w:r w:rsidRPr="00D1709E">
              <w:rPr>
                <w:lang w:val="pt-PT"/>
              </w:rPr>
              <w:t>Descreva, de forma clara, os factos, os cálculos ou os fundamentos de facto e de direito que pretende ver apreciados:</w:t>
            </w:r>
          </w:p>
        </w:tc>
      </w:tr>
    </w:tbl>
    <w:p w14:paraId="61AB9739" w14:textId="77777777" w:rsidR="00410BE4" w:rsidRPr="00D1709E" w:rsidRDefault="00000000">
      <w:pPr>
        <w:rPr>
          <w:lang w:val="pt-PT"/>
        </w:rPr>
      </w:pPr>
      <w:r w:rsidRPr="00D1709E">
        <w:rPr>
          <w:lang w:val="pt-PT"/>
        </w:rPr>
        <w:br w:type="page"/>
      </w:r>
    </w:p>
    <w:p w14:paraId="0ED54CE3" w14:textId="77777777" w:rsidR="00410BE4" w:rsidRDefault="00000000">
      <w:pPr>
        <w:pStyle w:val="SectionHeading"/>
      </w:pPr>
      <w:r>
        <w:lastRenderedPageBreak/>
        <w:t>5. Pedido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48"/>
      </w:tblGrid>
      <w:tr w:rsidR="00410BE4" w:rsidRPr="00D1709E" w14:paraId="3D976E56" w14:textId="77777777">
        <w:trPr>
          <w:trHeight w:val="2268"/>
          <w:jc w:val="center"/>
        </w:trPr>
        <w:tc>
          <w:tcPr>
            <w:tcW w:w="98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F35883" w14:textId="77777777" w:rsidR="00410BE4" w:rsidRPr="00D1709E" w:rsidRDefault="00000000">
            <w:pPr>
              <w:rPr>
                <w:lang w:val="pt-PT"/>
              </w:rPr>
            </w:pPr>
            <w:r w:rsidRPr="00D1709E">
              <w:rPr>
                <w:lang w:val="pt-PT"/>
              </w:rPr>
              <w:t>Indique a decisão ou correção que pretende:</w:t>
            </w:r>
          </w:p>
        </w:tc>
      </w:tr>
    </w:tbl>
    <w:p w14:paraId="75709D6D" w14:textId="77777777" w:rsidR="00410BE4" w:rsidRPr="00D1709E" w:rsidRDefault="00000000">
      <w:pPr>
        <w:pStyle w:val="SectionHeading"/>
        <w:rPr>
          <w:lang w:val="pt-PT"/>
        </w:rPr>
      </w:pPr>
      <w:r w:rsidRPr="00D1709E">
        <w:rPr>
          <w:lang w:val="pt-PT"/>
        </w:rPr>
        <w:t>6. Documentos e diligências</w:t>
      </w:r>
    </w:p>
    <w:p w14:paraId="7C5443AC" w14:textId="77777777" w:rsidR="00410BE4" w:rsidRPr="00D1709E" w:rsidRDefault="00000000">
      <w:pPr>
        <w:rPr>
          <w:lang w:val="pt-PT"/>
        </w:rPr>
      </w:pPr>
      <w:r w:rsidRPr="00D1709E">
        <w:rPr>
          <w:lang w:val="pt-PT"/>
        </w:rPr>
        <w:t>Documentos anexos:</w:t>
      </w:r>
    </w:p>
    <w:p w14:paraId="47B51F09" w14:textId="77777777" w:rsidR="00410BE4" w:rsidRPr="00D1709E" w:rsidRDefault="00000000">
      <w:pPr>
        <w:ind w:left="283"/>
        <w:rPr>
          <w:lang w:val="pt-PT"/>
        </w:rPr>
      </w:pPr>
      <w:r w:rsidRPr="00D1709E">
        <w:rPr>
          <w:lang w:val="pt-PT"/>
        </w:rPr>
        <w:t>1. ________________________________________________________________________</w:t>
      </w:r>
    </w:p>
    <w:p w14:paraId="0A74785C" w14:textId="77777777" w:rsidR="00410BE4" w:rsidRPr="00D1709E" w:rsidRDefault="00000000">
      <w:pPr>
        <w:ind w:left="283"/>
        <w:rPr>
          <w:lang w:val="pt-PT"/>
        </w:rPr>
      </w:pPr>
      <w:r w:rsidRPr="00D1709E">
        <w:rPr>
          <w:lang w:val="pt-PT"/>
        </w:rPr>
        <w:t>2. ________________________________________________________________________</w:t>
      </w:r>
    </w:p>
    <w:p w14:paraId="313A1DF7" w14:textId="77777777" w:rsidR="00410BE4" w:rsidRPr="00D1709E" w:rsidRDefault="00000000">
      <w:pPr>
        <w:ind w:left="283"/>
        <w:rPr>
          <w:lang w:val="pt-PT"/>
        </w:rPr>
      </w:pPr>
      <w:r w:rsidRPr="00D1709E">
        <w:rPr>
          <w:lang w:val="pt-PT"/>
        </w:rPr>
        <w:t>3. ________________________________________________________________________</w:t>
      </w:r>
    </w:p>
    <w:p w14:paraId="1D9C5D95" w14:textId="77777777" w:rsidR="00410BE4" w:rsidRPr="00D1709E" w:rsidRDefault="00000000">
      <w:pPr>
        <w:ind w:left="283"/>
        <w:rPr>
          <w:lang w:val="pt-PT"/>
        </w:rPr>
      </w:pPr>
      <w:r w:rsidRPr="00D1709E">
        <w:rPr>
          <w:lang w:val="pt-PT"/>
        </w:rPr>
        <w:t>4. ________________________________________________________________________</w:t>
      </w:r>
    </w:p>
    <w:p w14:paraId="12BED03C" w14:textId="77777777" w:rsidR="00410BE4" w:rsidRPr="00D1709E" w:rsidRDefault="00000000">
      <w:pPr>
        <w:rPr>
          <w:lang w:val="pt-PT"/>
        </w:rPr>
      </w:pPr>
      <w:r w:rsidRPr="00D1709E">
        <w:rPr>
          <w:lang w:val="pt-PT"/>
        </w:rPr>
        <w:t>Diligências complementares requeridas (se aplicável):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848"/>
      </w:tblGrid>
      <w:tr w:rsidR="00410BE4" w:rsidRPr="00D1709E" w14:paraId="70EDB41E" w14:textId="77777777">
        <w:trPr>
          <w:trHeight w:val="1417"/>
          <w:jc w:val="center"/>
        </w:trPr>
        <w:tc>
          <w:tcPr>
            <w:tcW w:w="985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473CA1" w14:textId="77777777" w:rsidR="00410BE4" w:rsidRPr="00D1709E" w:rsidRDefault="00410BE4">
            <w:pPr>
              <w:rPr>
                <w:lang w:val="pt-PT"/>
              </w:rPr>
            </w:pPr>
          </w:p>
        </w:tc>
      </w:tr>
    </w:tbl>
    <w:p w14:paraId="6A23D59D" w14:textId="77777777" w:rsidR="00410BE4" w:rsidRPr="00D1709E" w:rsidRDefault="00000000">
      <w:pPr>
        <w:pStyle w:val="SectionHeading"/>
        <w:rPr>
          <w:lang w:val="pt-PT"/>
        </w:rPr>
      </w:pPr>
      <w:r w:rsidRPr="00D1709E">
        <w:rPr>
          <w:lang w:val="pt-PT"/>
        </w:rPr>
        <w:t>7. Declaração e assinatura</w:t>
      </w:r>
    </w:p>
    <w:p w14:paraId="7BC6C578" w14:textId="77777777" w:rsidR="00410BE4" w:rsidRPr="00D1709E" w:rsidRDefault="00000000">
      <w:pPr>
        <w:jc w:val="both"/>
        <w:rPr>
          <w:lang w:val="pt-PT"/>
        </w:rPr>
      </w:pPr>
      <w:r w:rsidRPr="00D1709E">
        <w:rPr>
          <w:lang w:val="pt-PT"/>
        </w:rPr>
        <w:t>Declaro que as informações prestadas correspondem à verdade e que os documentos anexos são autênticos, sem prejuízo da verificação que legalmente possa ser efetuada.</w:t>
      </w:r>
    </w:p>
    <w:p w14:paraId="5D1450D7" w14:textId="77777777" w:rsidR="00D1709E" w:rsidRDefault="00D1709E">
      <w:pPr>
        <w:rPr>
          <w:lang w:val="pt-PT"/>
        </w:rPr>
      </w:pPr>
    </w:p>
    <w:p w14:paraId="139279D8" w14:textId="7785A4E8" w:rsidR="00410BE4" w:rsidRPr="00D1709E" w:rsidRDefault="00000000">
      <w:pPr>
        <w:rPr>
          <w:lang w:val="pt-PT"/>
        </w:rPr>
      </w:pPr>
      <w:r w:rsidRPr="00D1709E">
        <w:rPr>
          <w:lang w:val="pt-PT"/>
        </w:rPr>
        <w:t>Local: _______________________________     Data: ____ / ____ / 2026</w:t>
      </w:r>
    </w:p>
    <w:p w14:paraId="709A4141" w14:textId="77777777" w:rsidR="00D1709E" w:rsidRDefault="00D1709E">
      <w:pPr>
        <w:jc w:val="center"/>
        <w:rPr>
          <w:lang w:val="pt-PT"/>
        </w:rPr>
      </w:pPr>
    </w:p>
    <w:p w14:paraId="755900A6" w14:textId="6F6E2BFB" w:rsidR="00410BE4" w:rsidRPr="00D1709E" w:rsidRDefault="00000000">
      <w:pPr>
        <w:jc w:val="center"/>
        <w:rPr>
          <w:lang w:val="pt-PT"/>
        </w:rPr>
      </w:pPr>
      <w:r w:rsidRPr="00D1709E">
        <w:rPr>
          <w:lang w:val="pt-PT"/>
        </w:rPr>
        <w:t>Assinatura da candidata</w:t>
      </w:r>
    </w:p>
    <w:p w14:paraId="727ACE72" w14:textId="77777777" w:rsidR="00410BE4" w:rsidRPr="00D1709E" w:rsidRDefault="00000000">
      <w:pPr>
        <w:jc w:val="center"/>
        <w:rPr>
          <w:lang w:val="pt-PT"/>
        </w:rPr>
      </w:pPr>
      <w:r w:rsidRPr="00D1709E">
        <w:rPr>
          <w:lang w:val="pt-PT"/>
        </w:rPr>
        <w:t>____________________________________________</w:t>
      </w:r>
    </w:p>
    <w:p w14:paraId="1A40F093" w14:textId="77777777" w:rsidR="00D1709E" w:rsidRDefault="00D1709E">
      <w:pPr>
        <w:pStyle w:val="SmallNote"/>
        <w:rPr>
          <w:lang w:val="pt-PT"/>
        </w:rPr>
      </w:pPr>
    </w:p>
    <w:p w14:paraId="6C4EEC37" w14:textId="68C64B3A" w:rsidR="00410BE4" w:rsidRPr="00D1709E" w:rsidRDefault="00000000">
      <w:pPr>
        <w:pStyle w:val="SmallNote"/>
        <w:rPr>
          <w:lang w:val="pt-PT"/>
        </w:rPr>
      </w:pPr>
      <w:r w:rsidRPr="00D1709E">
        <w:rPr>
          <w:lang w:val="pt-PT"/>
        </w:rPr>
        <w:t>Nota: o formulário e os anexos devem ser remetidos para gabinetedirector@quintadaspalmeiras.pt até à data-limite indicada na notificação individual. Guarde comprovativo do envio.</w:t>
      </w:r>
    </w:p>
    <w:sectPr w:rsidR="00410BE4" w:rsidRPr="00D1709E" w:rsidSect="00034616">
      <w:headerReference w:type="default" r:id="rId8"/>
      <w:footerReference w:type="default" r:id="rId9"/>
      <w:pgSz w:w="12240" w:h="15840"/>
      <w:pgMar w:top="964" w:right="1191" w:bottom="964" w:left="1191" w:header="312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96BB9" w14:textId="77777777" w:rsidR="00674732" w:rsidRDefault="00674732">
      <w:pPr>
        <w:spacing w:after="0" w:line="240" w:lineRule="auto"/>
      </w:pPr>
      <w:r>
        <w:separator/>
      </w:r>
    </w:p>
  </w:endnote>
  <w:endnote w:type="continuationSeparator" w:id="0">
    <w:p w14:paraId="03812E7C" w14:textId="77777777" w:rsidR="00674732" w:rsidRDefault="0067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FDA4" w14:textId="77777777" w:rsidR="00410BE4" w:rsidRPr="00893229" w:rsidRDefault="00000000">
    <w:pPr>
      <w:pStyle w:val="Rodap"/>
      <w:jc w:val="center"/>
      <w:rPr>
        <w:lang w:val="pt-PT"/>
      </w:rPr>
    </w:pPr>
    <w:r w:rsidRPr="00893229">
      <w:rPr>
        <w:color w:val="5A5A5A"/>
        <w:sz w:val="16"/>
        <w:lang w:val="pt-PT"/>
      </w:rPr>
      <w:t xml:space="preserve">Escola Secundária Quinta das Palmeiras – Covilhã | Procedimento </w:t>
    </w:r>
    <w:proofErr w:type="spellStart"/>
    <w:r w:rsidRPr="00893229">
      <w:rPr>
        <w:color w:val="5A5A5A"/>
        <w:sz w:val="16"/>
        <w:lang w:val="pt-PT"/>
      </w:rPr>
      <w:t>concursal</w:t>
    </w:r>
    <w:proofErr w:type="spellEnd"/>
    <w:r w:rsidRPr="00893229">
      <w:rPr>
        <w:color w:val="5A5A5A"/>
        <w:sz w:val="16"/>
        <w:lang w:val="pt-PT"/>
      </w:rPr>
      <w:t xml:space="preserve"> – Psicomotricidade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A890E" w14:textId="77777777" w:rsidR="00674732" w:rsidRDefault="00674732">
      <w:pPr>
        <w:spacing w:after="0" w:line="240" w:lineRule="auto"/>
      </w:pPr>
      <w:r>
        <w:separator/>
      </w:r>
    </w:p>
  </w:footnote>
  <w:footnote w:type="continuationSeparator" w:id="0">
    <w:p w14:paraId="424AEDAF" w14:textId="77777777" w:rsidR="00674732" w:rsidRDefault="00674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E345" w14:textId="77777777" w:rsidR="00410BE4" w:rsidRDefault="00410BE4">
    <w:pPr>
      <w:pStyle w:val="Cabealho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762"/>
      <w:gridCol w:w="4762"/>
    </w:tblGrid>
    <w:tr w:rsidR="00410BE4" w14:paraId="52E1917F" w14:textId="77777777">
      <w:trPr>
        <w:jc w:val="center"/>
      </w:trPr>
      <w:tc>
        <w:tcPr>
          <w:tcW w:w="47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39CC50E" w14:textId="77777777" w:rsidR="00410BE4" w:rsidRDefault="00000000">
          <w:r>
            <w:rPr>
              <w:noProof/>
            </w:rPr>
            <w:drawing>
              <wp:inline distT="0" distB="0" distL="0" distR="0" wp14:anchorId="486F2E78" wp14:editId="6C569672">
                <wp:extent cx="1800000" cy="750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7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406EA5" w14:textId="77777777" w:rsidR="00410BE4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50D67FFC" wp14:editId="4FF8C807">
                <wp:extent cx="1728000" cy="8226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822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9248177">
    <w:abstractNumId w:val="8"/>
  </w:num>
  <w:num w:numId="2" w16cid:durableId="1364600559">
    <w:abstractNumId w:val="6"/>
  </w:num>
  <w:num w:numId="3" w16cid:durableId="150680746">
    <w:abstractNumId w:val="5"/>
  </w:num>
  <w:num w:numId="4" w16cid:durableId="634214939">
    <w:abstractNumId w:val="4"/>
  </w:num>
  <w:num w:numId="5" w16cid:durableId="491871404">
    <w:abstractNumId w:val="7"/>
  </w:num>
  <w:num w:numId="6" w16cid:durableId="1585072665">
    <w:abstractNumId w:val="3"/>
  </w:num>
  <w:num w:numId="7" w16cid:durableId="467746563">
    <w:abstractNumId w:val="2"/>
  </w:num>
  <w:num w:numId="8" w16cid:durableId="1472211738">
    <w:abstractNumId w:val="1"/>
  </w:num>
  <w:num w:numId="9" w16cid:durableId="129671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0BE4"/>
    <w:rsid w:val="00674732"/>
    <w:rsid w:val="006C146C"/>
    <w:rsid w:val="00893229"/>
    <w:rsid w:val="00AA1D8D"/>
    <w:rsid w:val="00B47730"/>
    <w:rsid w:val="00CB0664"/>
    <w:rsid w:val="00D1709E"/>
    <w:rsid w:val="00DD5A2B"/>
    <w:rsid w:val="00DE02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17E274"/>
  <w14:defaultImageDpi w14:val="300"/>
  <w15:docId w15:val="{80E8F6CE-E935-4DE6-ABF6-16188B07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rial" w:eastAsia="Arial" w:hAnsi="Arial"/>
      <w:sz w:val="18"/>
    </w:rPr>
  </w:style>
  <w:style w:type="paragraph" w:customStyle="1" w:styleId="DocumentTitle">
    <w:name w:val="Document Title"/>
    <w:pPr>
      <w:keepNext/>
      <w:spacing w:before="80" w:after="120"/>
    </w:pPr>
    <w:rPr>
      <w:rFonts w:ascii="Arial" w:eastAsia="Arial" w:hAnsi="Arial"/>
      <w:b/>
      <w:sz w:val="28"/>
    </w:rPr>
  </w:style>
  <w:style w:type="paragraph" w:customStyle="1" w:styleId="SectionHeading">
    <w:name w:val="Section Heading"/>
    <w:pPr>
      <w:keepNext/>
      <w:spacing w:before="160" w:after="80"/>
    </w:pPr>
    <w:rPr>
      <w:rFonts w:ascii="Arial" w:eastAsia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ANDRÉ FILIPE PRATA FERREIRA</cp:lastModifiedBy>
  <cp:revision>3</cp:revision>
  <dcterms:created xsi:type="dcterms:W3CDTF">2026-08-04T17:18:00Z</dcterms:created>
  <dcterms:modified xsi:type="dcterms:W3CDTF">2026-08-04T20:33:00Z</dcterms:modified>
  <cp:category/>
</cp:coreProperties>
</file>